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10C0A" w14:textId="77777777" w:rsidR="00CE5ADF" w:rsidRDefault="00CE5ADF" w:rsidP="00F416D3">
      <w:pPr>
        <w:spacing w:after="0"/>
        <w:jc w:val="center"/>
        <w:rPr>
          <w:b/>
          <w:color w:val="005A9E"/>
          <w:sz w:val="20"/>
        </w:rPr>
      </w:pPr>
    </w:p>
    <w:p w14:paraId="7808A0E9" w14:textId="77777777" w:rsidR="00CE5ADF" w:rsidRDefault="00F97A11" w:rsidP="00F416D3">
      <w:pPr>
        <w:spacing w:after="0"/>
        <w:jc w:val="center"/>
        <w:rPr>
          <w:b/>
          <w:color w:val="auto"/>
          <w:sz w:val="28"/>
          <w:szCs w:val="20"/>
          <w:lang w:val="hr-HR"/>
        </w:rPr>
      </w:pPr>
      <w:r>
        <w:rPr>
          <w:b/>
          <w:color w:val="005A9E"/>
          <w:sz w:val="20"/>
        </w:rPr>
        <w:br/>
      </w:r>
      <w:r w:rsidR="00F416D3" w:rsidRPr="00CE5ADF">
        <w:rPr>
          <w:b/>
          <w:color w:val="auto"/>
          <w:sz w:val="28"/>
          <w:szCs w:val="20"/>
          <w:lang w:val="hr-HR"/>
        </w:rPr>
        <w:t>UVJETI PRUŽANJA USLUGE</w:t>
      </w:r>
    </w:p>
    <w:p w14:paraId="47D396F4" w14:textId="0A97AE5B" w:rsidR="00F416D3" w:rsidRDefault="00F416D3" w:rsidP="00F416D3">
      <w:pPr>
        <w:spacing w:after="0"/>
        <w:jc w:val="center"/>
        <w:rPr>
          <w:b/>
          <w:color w:val="auto"/>
          <w:sz w:val="28"/>
          <w:szCs w:val="20"/>
          <w:lang w:val="hr-HR"/>
        </w:rPr>
      </w:pPr>
      <w:r w:rsidRPr="00CE5ADF">
        <w:rPr>
          <w:b/>
          <w:color w:val="auto"/>
          <w:sz w:val="28"/>
          <w:szCs w:val="20"/>
          <w:lang w:val="hr-HR"/>
        </w:rPr>
        <w:t xml:space="preserve"> DOPREME VODE ZA PIĆE AUTOCISTERNOM</w:t>
      </w:r>
    </w:p>
    <w:p w14:paraId="16538BDA" w14:textId="77777777" w:rsidR="00CE5ADF" w:rsidRPr="00CE5ADF" w:rsidRDefault="00CE5ADF" w:rsidP="00F416D3">
      <w:pPr>
        <w:spacing w:after="0"/>
        <w:jc w:val="center"/>
        <w:rPr>
          <w:b/>
          <w:color w:val="auto"/>
          <w:sz w:val="28"/>
          <w:szCs w:val="20"/>
          <w:lang w:val="hr-HR"/>
        </w:rPr>
      </w:pPr>
    </w:p>
    <w:p w14:paraId="31352704" w14:textId="77777777" w:rsidR="00F416D3" w:rsidRPr="00CE5ADF" w:rsidRDefault="00F416D3" w:rsidP="00F416D3">
      <w:pPr>
        <w:spacing w:after="0"/>
        <w:jc w:val="center"/>
        <w:rPr>
          <w:b/>
          <w:color w:val="auto"/>
          <w:sz w:val="28"/>
          <w:szCs w:val="20"/>
          <w:lang w:val="hr-HR"/>
        </w:rPr>
      </w:pPr>
    </w:p>
    <w:p w14:paraId="1B52DB85" w14:textId="77777777" w:rsidR="00F416D3" w:rsidRPr="00CE5ADF" w:rsidRDefault="00F416D3" w:rsidP="00F416D3">
      <w:pPr>
        <w:numPr>
          <w:ilvl w:val="0"/>
          <w:numId w:val="10"/>
        </w:numPr>
        <w:spacing w:after="0"/>
        <w:jc w:val="both"/>
        <w:rPr>
          <w:b/>
          <w:color w:val="auto"/>
          <w:sz w:val="24"/>
          <w:szCs w:val="24"/>
          <w:lang w:val="hr-HR"/>
        </w:rPr>
      </w:pPr>
      <w:r w:rsidRPr="00CE5ADF">
        <w:rPr>
          <w:b/>
          <w:color w:val="auto"/>
          <w:sz w:val="24"/>
          <w:szCs w:val="24"/>
          <w:lang w:val="hr-HR"/>
        </w:rPr>
        <w:t>OPĆE ODREDBE</w:t>
      </w:r>
    </w:p>
    <w:p w14:paraId="54BC3EBA" w14:textId="77777777" w:rsidR="00F416D3" w:rsidRPr="00CE5ADF" w:rsidRDefault="00F416D3" w:rsidP="00F416D3">
      <w:p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Ovim Uvjetima uređuju se način podnošenja upita i zahtjeva, uvjeti pružanja usluge, način obračuna cijene te rokovi izvršenja usluge dopreme vode za piće autocisternom koju pruža Vodoopskrba i odvodnja Zagrebačke županije d.o.o. (u daljnjem tekstu: Isporučitelj).</w:t>
      </w:r>
    </w:p>
    <w:p w14:paraId="54BF555D" w14:textId="77777777" w:rsidR="00F416D3" w:rsidRPr="00CE5ADF" w:rsidRDefault="00F416D3" w:rsidP="00F416D3">
      <w:pPr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Usluga dopreme vode za piće autocisternom namijenjena je fizičkim i pravnim osobama kojima je potrebna isporuka vode za piće na lokacijama na kojima nije moguće koristiti javnu vodoopskrbnu mrežu ili u drugim slučajevima kada postoji potreba za dopremom vode za piće autocisternom.</w:t>
      </w:r>
    </w:p>
    <w:p w14:paraId="4B3AAAEC" w14:textId="77777777" w:rsidR="00F416D3" w:rsidRPr="00CE5ADF" w:rsidRDefault="00F416D3" w:rsidP="00F416D3">
      <w:pPr>
        <w:numPr>
          <w:ilvl w:val="0"/>
          <w:numId w:val="11"/>
        </w:numPr>
        <w:spacing w:after="0"/>
        <w:jc w:val="both"/>
        <w:rPr>
          <w:b/>
          <w:color w:val="auto"/>
          <w:sz w:val="24"/>
          <w:szCs w:val="24"/>
          <w:lang w:val="hr-HR"/>
        </w:rPr>
      </w:pPr>
      <w:r w:rsidRPr="00CE5ADF">
        <w:rPr>
          <w:b/>
          <w:color w:val="auto"/>
          <w:sz w:val="24"/>
          <w:szCs w:val="24"/>
          <w:lang w:val="hr-HR"/>
        </w:rPr>
        <w:t>UPITI I PODNOŠENJE ZAHTJEVA</w:t>
      </w:r>
    </w:p>
    <w:p w14:paraId="24BC0D48" w14:textId="77777777" w:rsidR="00F416D3" w:rsidRPr="00CE5ADF" w:rsidRDefault="00F416D3" w:rsidP="00F416D3">
      <w:p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Korisnici mogu prethodno uputiti upit radi dobivanja informacija o mogućnosti pružanja usluge, cijeni, rokovima isporuke i drugim uvjetima pružanja usluge.</w:t>
      </w:r>
    </w:p>
    <w:p w14:paraId="5D564C0F" w14:textId="77777777" w:rsidR="00F416D3" w:rsidRPr="00CE5ADF" w:rsidRDefault="00F416D3" w:rsidP="00F416D3">
      <w:p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Upiti se zaprimaju radnim danom (od ponedjeljka do petka) od 7:00 do 14:00 sati.</w:t>
      </w:r>
    </w:p>
    <w:p w14:paraId="24EEB191" w14:textId="5817A7EA" w:rsidR="00CE5ADF" w:rsidRPr="004F2B7B" w:rsidRDefault="00F416D3" w:rsidP="004F2B7B">
      <w:pPr>
        <w:pStyle w:val="Odlomakpopisa"/>
        <w:numPr>
          <w:ilvl w:val="0"/>
          <w:numId w:val="20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4F2B7B">
        <w:rPr>
          <w:bCs/>
          <w:color w:val="auto"/>
          <w:sz w:val="24"/>
          <w:szCs w:val="24"/>
          <w:lang w:val="hr-HR"/>
        </w:rPr>
        <w:t>Za područje poslovnih jedinica Ivanić-Grad, Dugo Selo i Čazma, upiti se zaprimaju telefonom na broj 01/4095-130 ili elektroničkom poštom na adrese:</w:t>
      </w:r>
    </w:p>
    <w:p w14:paraId="646358CC" w14:textId="77777777" w:rsidR="00F416D3" w:rsidRPr="00CE5ADF" w:rsidRDefault="00F416D3" w:rsidP="00F416D3">
      <w:pPr>
        <w:numPr>
          <w:ilvl w:val="0"/>
          <w:numId w:val="12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hyperlink r:id="rId8" w:history="1">
        <w:r w:rsidRPr="00CE5ADF">
          <w:rPr>
            <w:rStyle w:val="Hiperveza"/>
            <w:bCs/>
            <w:color w:val="auto"/>
            <w:sz w:val="24"/>
            <w:szCs w:val="24"/>
            <w:lang w:val="hr-HR"/>
          </w:rPr>
          <w:t>info.ivanicgrad@viozz.hr</w:t>
        </w:r>
      </w:hyperlink>
    </w:p>
    <w:p w14:paraId="525276C1" w14:textId="77777777" w:rsidR="00F416D3" w:rsidRPr="00CE5ADF" w:rsidRDefault="00F416D3" w:rsidP="00F416D3">
      <w:pPr>
        <w:numPr>
          <w:ilvl w:val="0"/>
          <w:numId w:val="12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hyperlink r:id="rId9" w:history="1">
        <w:r w:rsidRPr="00CE5ADF">
          <w:rPr>
            <w:rStyle w:val="Hiperveza"/>
            <w:bCs/>
            <w:color w:val="auto"/>
            <w:sz w:val="24"/>
            <w:szCs w:val="24"/>
            <w:lang w:val="hr-HR"/>
          </w:rPr>
          <w:t>info.dugoselo@viozz.hr</w:t>
        </w:r>
      </w:hyperlink>
    </w:p>
    <w:p w14:paraId="5C9F3A93" w14:textId="4665AE83" w:rsidR="00CE5ADF" w:rsidRPr="00CE5ADF" w:rsidRDefault="00F416D3" w:rsidP="00CE5ADF">
      <w:pPr>
        <w:numPr>
          <w:ilvl w:val="0"/>
          <w:numId w:val="12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hyperlink r:id="rId10" w:history="1">
        <w:r w:rsidRPr="00CE5ADF">
          <w:rPr>
            <w:rStyle w:val="Hiperveza"/>
            <w:bCs/>
            <w:color w:val="auto"/>
            <w:sz w:val="24"/>
            <w:szCs w:val="24"/>
            <w:lang w:val="hr-HR"/>
          </w:rPr>
          <w:t>info.cazma@viozz.hr</w:t>
        </w:r>
      </w:hyperlink>
    </w:p>
    <w:p w14:paraId="3CA64039" w14:textId="2BF63E72" w:rsidR="00F416D3" w:rsidRPr="004F2B7B" w:rsidRDefault="00F416D3" w:rsidP="004F2B7B">
      <w:pPr>
        <w:pStyle w:val="Odlomakpopisa"/>
        <w:numPr>
          <w:ilvl w:val="0"/>
          <w:numId w:val="20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4F2B7B">
        <w:rPr>
          <w:bCs/>
          <w:color w:val="auto"/>
          <w:sz w:val="24"/>
          <w:szCs w:val="24"/>
          <w:lang w:val="hr-HR"/>
        </w:rPr>
        <w:t>Za područje poslovnih jedinica Vrbovec i Sveti Ivan Zelina, upiti se zaprimaju telefonom na broj 01/4095-135 ili elektroničkom poštom na adrese:</w:t>
      </w:r>
    </w:p>
    <w:p w14:paraId="50FAAA3D" w14:textId="77777777" w:rsidR="00F416D3" w:rsidRPr="00CE5ADF" w:rsidRDefault="00F416D3" w:rsidP="00F416D3">
      <w:pPr>
        <w:numPr>
          <w:ilvl w:val="0"/>
          <w:numId w:val="13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hyperlink r:id="rId11" w:history="1">
        <w:r w:rsidRPr="00CE5ADF">
          <w:rPr>
            <w:rStyle w:val="Hiperveza"/>
            <w:bCs/>
            <w:color w:val="auto"/>
            <w:sz w:val="24"/>
            <w:szCs w:val="24"/>
            <w:lang w:val="hr-HR"/>
          </w:rPr>
          <w:t>info.vrbovec@viozz.hr</w:t>
        </w:r>
      </w:hyperlink>
    </w:p>
    <w:p w14:paraId="3B61D6B4" w14:textId="77777777" w:rsidR="00F416D3" w:rsidRPr="00CE5ADF" w:rsidRDefault="00F416D3" w:rsidP="00F416D3">
      <w:pPr>
        <w:numPr>
          <w:ilvl w:val="0"/>
          <w:numId w:val="13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hyperlink r:id="rId12" w:history="1">
        <w:r w:rsidRPr="00CE5ADF">
          <w:rPr>
            <w:rStyle w:val="Hiperveza"/>
            <w:bCs/>
            <w:color w:val="auto"/>
            <w:sz w:val="24"/>
            <w:szCs w:val="24"/>
            <w:lang w:val="hr-HR"/>
          </w:rPr>
          <w:t>info.zelina@viozz.hr</w:t>
        </w:r>
      </w:hyperlink>
    </w:p>
    <w:p w14:paraId="33768A7D" w14:textId="77777777" w:rsidR="00F416D3" w:rsidRPr="00CE5ADF" w:rsidRDefault="00F416D3" w:rsidP="00F416D3">
      <w:p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Ako korisnik želi naručiti uslugu, podnosi Zahtjev za dopremu vode autocisternom (Obrazac Z-01) elektroničkom poštom ili osobno u nadležnoj poslovnoj jedinici.</w:t>
      </w:r>
    </w:p>
    <w:p w14:paraId="65ABA1BE" w14:textId="77777777" w:rsidR="00F416D3" w:rsidRPr="00CE5ADF" w:rsidRDefault="00F416D3" w:rsidP="00F416D3">
      <w:p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Prilikom podnošenja zahtjeva korisnik je dužan dostaviti sljedeće podatke:</w:t>
      </w:r>
    </w:p>
    <w:p w14:paraId="0468E90B" w14:textId="77777777" w:rsidR="00F416D3" w:rsidRPr="00CE5ADF" w:rsidRDefault="00F416D3" w:rsidP="00F416D3">
      <w:pPr>
        <w:numPr>
          <w:ilvl w:val="0"/>
          <w:numId w:val="14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ime i prezime odnosno naziv pravne osobe,</w:t>
      </w:r>
    </w:p>
    <w:p w14:paraId="47C0F781" w14:textId="77777777" w:rsidR="00F416D3" w:rsidRPr="00CE5ADF" w:rsidRDefault="00F416D3" w:rsidP="00F416D3">
      <w:pPr>
        <w:numPr>
          <w:ilvl w:val="0"/>
          <w:numId w:val="14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OIB,</w:t>
      </w:r>
    </w:p>
    <w:p w14:paraId="50E3E5A8" w14:textId="77777777" w:rsidR="00F416D3" w:rsidRPr="00CE5ADF" w:rsidRDefault="00F416D3" w:rsidP="00F416D3">
      <w:pPr>
        <w:numPr>
          <w:ilvl w:val="0"/>
          <w:numId w:val="14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adresu prebivališta odnosno sjedišta,</w:t>
      </w:r>
    </w:p>
    <w:p w14:paraId="51EE370C" w14:textId="77777777" w:rsidR="00F416D3" w:rsidRPr="00CE5ADF" w:rsidRDefault="00F416D3" w:rsidP="00F416D3">
      <w:pPr>
        <w:numPr>
          <w:ilvl w:val="0"/>
          <w:numId w:val="14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broj telefona ili mobitela,</w:t>
      </w:r>
    </w:p>
    <w:p w14:paraId="3AC2991B" w14:textId="5DDAF579" w:rsidR="00F416D3" w:rsidRPr="00CE5ADF" w:rsidRDefault="00F416D3" w:rsidP="00F416D3">
      <w:pPr>
        <w:numPr>
          <w:ilvl w:val="0"/>
          <w:numId w:val="14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 xml:space="preserve">adresu elektroničke pošte (obavezno za pravne osobe za dostavu </w:t>
      </w:r>
      <w:r w:rsidR="006B2C99" w:rsidRPr="00CE5ADF">
        <w:rPr>
          <w:bCs/>
          <w:color w:val="auto"/>
          <w:sz w:val="24"/>
          <w:szCs w:val="24"/>
          <w:lang w:val="hr-HR"/>
        </w:rPr>
        <w:t>e</w:t>
      </w:r>
      <w:r w:rsidRPr="00CE5ADF">
        <w:rPr>
          <w:bCs/>
          <w:color w:val="auto"/>
          <w:sz w:val="24"/>
          <w:szCs w:val="24"/>
          <w:lang w:val="hr-HR"/>
        </w:rPr>
        <w:t>-računa)</w:t>
      </w:r>
    </w:p>
    <w:p w14:paraId="5678812A" w14:textId="77777777" w:rsidR="00F416D3" w:rsidRPr="00CE5ADF" w:rsidRDefault="00F416D3" w:rsidP="00F416D3">
      <w:pPr>
        <w:numPr>
          <w:ilvl w:val="0"/>
          <w:numId w:val="14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adresu isporuke, ako je različita od adrese prebivališta ili sjedišta,</w:t>
      </w:r>
    </w:p>
    <w:p w14:paraId="680018B9" w14:textId="77777777" w:rsidR="00F416D3" w:rsidRPr="00CE5ADF" w:rsidRDefault="00F416D3" w:rsidP="00F416D3">
      <w:pPr>
        <w:numPr>
          <w:ilvl w:val="0"/>
          <w:numId w:val="14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traženu količinu vode,</w:t>
      </w:r>
    </w:p>
    <w:p w14:paraId="66C163B2" w14:textId="77777777" w:rsidR="00F416D3" w:rsidRPr="00CE5ADF" w:rsidRDefault="00F416D3" w:rsidP="00F416D3">
      <w:pPr>
        <w:numPr>
          <w:ilvl w:val="0"/>
          <w:numId w:val="14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željeni datum i vrijeme isporuke,</w:t>
      </w:r>
    </w:p>
    <w:p w14:paraId="241A927C" w14:textId="77777777" w:rsidR="00F416D3" w:rsidRPr="00CE5ADF" w:rsidRDefault="00F416D3" w:rsidP="00F416D3">
      <w:pPr>
        <w:numPr>
          <w:ilvl w:val="0"/>
          <w:numId w:val="14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vrstu spremnika odnosno svrhu isporuke,</w:t>
      </w:r>
    </w:p>
    <w:p w14:paraId="2A726B53" w14:textId="77777777" w:rsidR="00F416D3" w:rsidRPr="00CE5ADF" w:rsidRDefault="00F416D3" w:rsidP="00F416D3">
      <w:pPr>
        <w:numPr>
          <w:ilvl w:val="0"/>
          <w:numId w:val="14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udaljenost između mjesta zaustavljanja autocisterne i spremnika,</w:t>
      </w:r>
    </w:p>
    <w:p w14:paraId="028C258C" w14:textId="77777777" w:rsidR="00F416D3" w:rsidRPr="00CE5ADF" w:rsidRDefault="00F416D3" w:rsidP="00F416D3">
      <w:pPr>
        <w:numPr>
          <w:ilvl w:val="0"/>
          <w:numId w:val="14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lastRenderedPageBreak/>
        <w:t>opis pristupnog puta.</w:t>
      </w:r>
    </w:p>
    <w:p w14:paraId="55892FE5" w14:textId="77777777" w:rsidR="00F416D3" w:rsidRPr="00CE5ADF" w:rsidRDefault="00F416D3" w:rsidP="00F416D3">
      <w:pPr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Nepotpuni zahtjevi neće se obrađivati do njihove dopune.</w:t>
      </w:r>
    </w:p>
    <w:p w14:paraId="7DE30400" w14:textId="77777777" w:rsidR="00F416D3" w:rsidRPr="00CE5ADF" w:rsidRDefault="00F416D3" w:rsidP="00F416D3">
      <w:pPr>
        <w:jc w:val="both"/>
        <w:rPr>
          <w:bCs/>
          <w:color w:val="auto"/>
          <w:sz w:val="24"/>
          <w:szCs w:val="24"/>
          <w:lang w:val="hr-HR"/>
        </w:rPr>
      </w:pPr>
    </w:p>
    <w:p w14:paraId="0AFF3B57" w14:textId="77777777" w:rsidR="00F416D3" w:rsidRPr="00CE5ADF" w:rsidRDefault="00F416D3" w:rsidP="00F416D3">
      <w:pPr>
        <w:numPr>
          <w:ilvl w:val="0"/>
          <w:numId w:val="15"/>
        </w:numPr>
        <w:spacing w:after="0"/>
        <w:jc w:val="both"/>
        <w:rPr>
          <w:b/>
          <w:color w:val="auto"/>
          <w:sz w:val="24"/>
          <w:szCs w:val="24"/>
          <w:lang w:val="hr-HR"/>
        </w:rPr>
      </w:pPr>
      <w:r w:rsidRPr="00CE5ADF">
        <w:rPr>
          <w:b/>
          <w:color w:val="auto"/>
          <w:sz w:val="24"/>
          <w:szCs w:val="24"/>
          <w:lang w:val="hr-HR"/>
        </w:rPr>
        <w:t>PROVJERA MOGUĆNOSTI IZVRŠENJA USLUGE</w:t>
      </w:r>
    </w:p>
    <w:p w14:paraId="7C94263C" w14:textId="77777777" w:rsidR="00F416D3" w:rsidRPr="00CE5ADF" w:rsidRDefault="00F416D3" w:rsidP="00F416D3">
      <w:p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Po zaprimanju zahtjeva Isporučitelj provjerava postoje li tehnički uvjeti za izvršenje usluge.</w:t>
      </w:r>
    </w:p>
    <w:p w14:paraId="5A8BBD63" w14:textId="77777777" w:rsidR="00F416D3" w:rsidRPr="00CE5ADF" w:rsidRDefault="00F416D3" w:rsidP="00F416D3">
      <w:p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Ako postoje tehnički uvjeti za izvršenje usluge, korisniku se izdaje račun u skladu s važećim Cjenikom usluge opskrbe vodom za piće putem autocisterne.</w:t>
      </w:r>
    </w:p>
    <w:p w14:paraId="3DED66E4" w14:textId="77777777" w:rsidR="00F416D3" w:rsidRPr="00CE5ADF" w:rsidRDefault="00F416D3" w:rsidP="00F416D3">
      <w:pPr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Ako nije moguće osigurati siguran pristup lokaciji ili postoje druge okolnosti koje onemogućuju izvršenje usluge, korisnik će o tome biti obaviješten te se usluga neće izvršiti.</w:t>
      </w:r>
    </w:p>
    <w:p w14:paraId="57911032" w14:textId="77777777" w:rsidR="00F416D3" w:rsidRPr="00CE5ADF" w:rsidRDefault="00F416D3" w:rsidP="00F416D3">
      <w:pPr>
        <w:numPr>
          <w:ilvl w:val="0"/>
          <w:numId w:val="16"/>
        </w:numPr>
        <w:spacing w:after="0"/>
        <w:jc w:val="both"/>
        <w:rPr>
          <w:b/>
          <w:color w:val="auto"/>
          <w:sz w:val="24"/>
          <w:szCs w:val="24"/>
          <w:lang w:val="hr-HR"/>
        </w:rPr>
      </w:pPr>
      <w:r w:rsidRPr="00CE5ADF">
        <w:rPr>
          <w:b/>
          <w:color w:val="auto"/>
          <w:sz w:val="24"/>
          <w:szCs w:val="24"/>
          <w:lang w:val="hr-HR"/>
        </w:rPr>
        <w:t>UVJETI IZVRŠENJA USLUGE</w:t>
      </w:r>
    </w:p>
    <w:p w14:paraId="7327200F" w14:textId="77777777" w:rsidR="00F416D3" w:rsidRPr="00CE5ADF" w:rsidRDefault="00F416D3" w:rsidP="00F416D3">
      <w:p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Korisnik je dužan osigurati:</w:t>
      </w:r>
    </w:p>
    <w:p w14:paraId="3F05CDBE" w14:textId="77777777" w:rsidR="00F416D3" w:rsidRPr="00CE5ADF" w:rsidRDefault="00F416D3" w:rsidP="00F416D3">
      <w:pPr>
        <w:numPr>
          <w:ilvl w:val="0"/>
          <w:numId w:val="17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siguran i nesmetan pristup autocisterni,</w:t>
      </w:r>
    </w:p>
    <w:p w14:paraId="5CB2DA3F" w14:textId="77777777" w:rsidR="00F416D3" w:rsidRPr="00CE5ADF" w:rsidRDefault="00F416D3" w:rsidP="00F416D3">
      <w:pPr>
        <w:numPr>
          <w:ilvl w:val="0"/>
          <w:numId w:val="17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pristupni put prikladan za teretno vozilo,</w:t>
      </w:r>
    </w:p>
    <w:p w14:paraId="546B9620" w14:textId="77777777" w:rsidR="00F416D3" w:rsidRPr="00CE5ADF" w:rsidRDefault="00F416D3" w:rsidP="00F416D3">
      <w:pPr>
        <w:numPr>
          <w:ilvl w:val="0"/>
          <w:numId w:val="17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da udaljenost između mjesta zaustavljanja autocisterne i spremnika ne prelazi 30 metara,</w:t>
      </w:r>
    </w:p>
    <w:p w14:paraId="3E6B3167" w14:textId="77777777" w:rsidR="00F416D3" w:rsidRPr="00CE5ADF" w:rsidRDefault="00F416D3" w:rsidP="00F416D3">
      <w:pPr>
        <w:numPr>
          <w:ilvl w:val="0"/>
          <w:numId w:val="17"/>
        </w:num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da je spremnik u koji se isporučuje voda čist i sanitarno ispravan.</w:t>
      </w:r>
    </w:p>
    <w:p w14:paraId="315305D9" w14:textId="77777777" w:rsidR="00F416D3" w:rsidRPr="00CE5ADF" w:rsidRDefault="00F416D3" w:rsidP="00F416D3">
      <w:p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Isporučitelj isporučuje zdravstveno ispravnu vodu za piće u skladu s važećim propisima Republike Hrvatske.</w:t>
      </w:r>
    </w:p>
    <w:p w14:paraId="59142FF8" w14:textId="77777777" w:rsidR="00F416D3" w:rsidRPr="00CE5ADF" w:rsidRDefault="00F416D3" w:rsidP="00F416D3">
      <w:pPr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Isporučitelj ne odgovara za promjene kakvoće vode nastale zbog neispravnog ili onečišćenog spremnika korisnika.</w:t>
      </w:r>
    </w:p>
    <w:p w14:paraId="76812AA3" w14:textId="77777777" w:rsidR="00F416D3" w:rsidRPr="00CE5ADF" w:rsidRDefault="00F416D3" w:rsidP="00F416D3">
      <w:pPr>
        <w:numPr>
          <w:ilvl w:val="0"/>
          <w:numId w:val="18"/>
        </w:numPr>
        <w:spacing w:after="0"/>
        <w:jc w:val="both"/>
        <w:rPr>
          <w:b/>
          <w:color w:val="auto"/>
          <w:sz w:val="24"/>
          <w:szCs w:val="24"/>
          <w:lang w:val="hr-HR"/>
        </w:rPr>
      </w:pPr>
      <w:r w:rsidRPr="00CE5ADF">
        <w:rPr>
          <w:b/>
          <w:color w:val="auto"/>
          <w:sz w:val="24"/>
          <w:szCs w:val="24"/>
          <w:lang w:val="hr-HR"/>
        </w:rPr>
        <w:t>CIJENA I NAČIN PLAĆANJA</w:t>
      </w:r>
    </w:p>
    <w:p w14:paraId="7AB8E234" w14:textId="77777777" w:rsidR="006B2C99" w:rsidRPr="00CE5ADF" w:rsidRDefault="006B2C99" w:rsidP="00F416D3">
      <w:p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 xml:space="preserve">Cijena usluge obračunava se prema važećem </w:t>
      </w:r>
      <w:r w:rsidRPr="00CE5ADF">
        <w:rPr>
          <w:color w:val="auto"/>
          <w:sz w:val="24"/>
          <w:szCs w:val="24"/>
          <w:lang w:val="hr-HR"/>
        </w:rPr>
        <w:t>Cjeniku usluge opskrbe vodom za piće putem autocisterne objavljenom na mrežnoj stranici Isporučitelja</w:t>
      </w:r>
      <w:r w:rsidRPr="00CE5ADF">
        <w:rPr>
          <w:bCs/>
          <w:color w:val="auto"/>
          <w:sz w:val="24"/>
          <w:szCs w:val="24"/>
          <w:lang w:val="hr-HR"/>
        </w:rPr>
        <w:t>.</w:t>
      </w:r>
    </w:p>
    <w:p w14:paraId="40C5CAD9" w14:textId="4CB945D5" w:rsidR="00F416D3" w:rsidRPr="00CE5ADF" w:rsidRDefault="00F416D3" w:rsidP="00F416D3">
      <w:p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Račun se izdaje nakon što se utvrdi da postoje tehnički uvjeti za izvršenje usluge.</w:t>
      </w:r>
    </w:p>
    <w:p w14:paraId="7F03AB76" w14:textId="77777777" w:rsidR="00F416D3" w:rsidRPr="00CE5ADF" w:rsidRDefault="00F416D3" w:rsidP="00F416D3">
      <w:p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Usluga se izvršava nakon evidentiranja uplate.</w:t>
      </w:r>
    </w:p>
    <w:p w14:paraId="4AD5DCC1" w14:textId="77777777" w:rsidR="00F416D3" w:rsidRPr="00CE5ADF" w:rsidRDefault="00F416D3" w:rsidP="00F416D3">
      <w:p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Za uplate evidentirane radnim danom do 11:00 sati usluga će se izvršiti istoga radnog dana.</w:t>
      </w:r>
    </w:p>
    <w:p w14:paraId="0982C0F1" w14:textId="77777777" w:rsidR="00F416D3" w:rsidRPr="00CE5ADF" w:rsidRDefault="00F416D3" w:rsidP="00F416D3">
      <w:p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Za uplate evidentirane nakon 11:00 sati usluga će se izvršiti prvoga sljedećeg radnog dana.</w:t>
      </w:r>
    </w:p>
    <w:p w14:paraId="78309572" w14:textId="77777777" w:rsidR="00F416D3" w:rsidRPr="00CE5ADF" w:rsidRDefault="00F416D3" w:rsidP="00F416D3">
      <w:pPr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Ako zbog više sile, vremenskih nepogoda, prometnih ograničenja, tehničkog kvara vozila ili drugih izvanrednih okolnosti nije moguće izvršiti uslugu u navedenim rokovima, korisnik će o tome biti pravodobno obaviješten, a usluga će se izvršiti u prvom mogućem terminu.</w:t>
      </w:r>
    </w:p>
    <w:p w14:paraId="7AE22395" w14:textId="77777777" w:rsidR="00F416D3" w:rsidRPr="00CE5ADF" w:rsidRDefault="00F416D3" w:rsidP="00F416D3">
      <w:pPr>
        <w:numPr>
          <w:ilvl w:val="0"/>
          <w:numId w:val="19"/>
        </w:numPr>
        <w:spacing w:after="0"/>
        <w:jc w:val="both"/>
        <w:rPr>
          <w:b/>
          <w:color w:val="auto"/>
          <w:sz w:val="24"/>
          <w:szCs w:val="24"/>
          <w:lang w:val="hr-HR"/>
        </w:rPr>
      </w:pPr>
      <w:r w:rsidRPr="00CE5ADF">
        <w:rPr>
          <w:b/>
          <w:color w:val="auto"/>
          <w:sz w:val="24"/>
          <w:szCs w:val="24"/>
          <w:lang w:val="hr-HR"/>
        </w:rPr>
        <w:t>ZAVRŠNE ODREDBE</w:t>
      </w:r>
    </w:p>
    <w:p w14:paraId="507BFDFE" w14:textId="77777777" w:rsidR="00F416D3" w:rsidRPr="00CE5ADF" w:rsidRDefault="00F416D3" w:rsidP="00F416D3">
      <w:p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Ovi Uvjeti stupaju na snagu danom donošenja te se objavljuju na mrežnoj stranici Isporučitelja.</w:t>
      </w:r>
    </w:p>
    <w:p w14:paraId="3FCBE4A5" w14:textId="77777777" w:rsidR="00F416D3" w:rsidRPr="00CE5ADF" w:rsidRDefault="00F416D3" w:rsidP="00F416D3">
      <w:p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Sastavni dio ovih Uvjeta čini Obrazac Z-01 – Zahtjev za dopremu vode autocisternom.</w:t>
      </w:r>
    </w:p>
    <w:p w14:paraId="6627F1B9" w14:textId="77777777" w:rsidR="00F416D3" w:rsidRPr="00CE5ADF" w:rsidRDefault="00F416D3" w:rsidP="00F416D3">
      <w:pPr>
        <w:spacing w:after="0"/>
        <w:jc w:val="both"/>
        <w:rPr>
          <w:bCs/>
          <w:color w:val="auto"/>
          <w:sz w:val="24"/>
          <w:szCs w:val="24"/>
          <w:lang w:val="hr-HR"/>
        </w:rPr>
      </w:pPr>
    </w:p>
    <w:p w14:paraId="0C0F72F3" w14:textId="0D6B3DA1" w:rsidR="00F416D3" w:rsidRPr="00CE5ADF" w:rsidRDefault="00F416D3" w:rsidP="00F416D3">
      <w:pPr>
        <w:spacing w:after="0"/>
        <w:jc w:val="both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U Zagrebu, 28.7.2026. godine</w:t>
      </w:r>
    </w:p>
    <w:p w14:paraId="03037A36" w14:textId="77777777" w:rsidR="00F416D3" w:rsidRPr="00CE5ADF" w:rsidRDefault="00F416D3" w:rsidP="00F416D3">
      <w:pPr>
        <w:spacing w:after="0"/>
        <w:rPr>
          <w:bCs/>
          <w:color w:val="auto"/>
          <w:sz w:val="24"/>
          <w:szCs w:val="24"/>
          <w:lang w:val="hr-HR"/>
        </w:rPr>
      </w:pPr>
    </w:p>
    <w:p w14:paraId="47B9820F" w14:textId="257134CE" w:rsidR="00F416D3" w:rsidRPr="00CE5ADF" w:rsidRDefault="00F416D3" w:rsidP="00CE5ADF">
      <w:pPr>
        <w:spacing w:after="0"/>
        <w:jc w:val="right"/>
        <w:rPr>
          <w:bCs/>
          <w:color w:val="auto"/>
          <w:sz w:val="24"/>
          <w:szCs w:val="24"/>
          <w:lang w:val="hr-HR"/>
        </w:rPr>
      </w:pPr>
      <w:r w:rsidRPr="00CE5ADF">
        <w:rPr>
          <w:bCs/>
          <w:color w:val="auto"/>
          <w:sz w:val="24"/>
          <w:szCs w:val="24"/>
          <w:lang w:val="hr-HR"/>
        </w:rPr>
        <w:t>VODOOPSKRBA I ODVODNJA</w:t>
      </w:r>
      <w:r w:rsidRPr="00CE5ADF">
        <w:rPr>
          <w:bCs/>
          <w:color w:val="auto"/>
          <w:sz w:val="24"/>
          <w:szCs w:val="24"/>
          <w:lang w:val="hr-HR"/>
        </w:rPr>
        <w:br/>
        <w:t>ZAGREBAČKE ŽUPANIJE d.o.o.</w:t>
      </w:r>
    </w:p>
    <w:p w14:paraId="563915BE" w14:textId="2446DAF6" w:rsidR="00DC1F2A" w:rsidRPr="00CE5ADF" w:rsidRDefault="00DC1F2A" w:rsidP="00F416D3">
      <w:pPr>
        <w:spacing w:after="0"/>
        <w:jc w:val="center"/>
        <w:rPr>
          <w:color w:val="auto"/>
        </w:rPr>
      </w:pPr>
    </w:p>
    <w:p w14:paraId="2B30EDA0" w14:textId="77777777" w:rsidR="00F416D3" w:rsidRDefault="00F416D3" w:rsidP="00F416D3">
      <w:pPr>
        <w:spacing w:after="0"/>
        <w:jc w:val="center"/>
      </w:pPr>
    </w:p>
    <w:p w14:paraId="48508809" w14:textId="77777777" w:rsidR="00F416D3" w:rsidRDefault="00F416D3" w:rsidP="00F416D3">
      <w:pPr>
        <w:spacing w:after="0"/>
        <w:jc w:val="center"/>
      </w:pPr>
    </w:p>
    <w:p w14:paraId="3BD7C890" w14:textId="77777777" w:rsidR="00F416D3" w:rsidRPr="000633FE" w:rsidRDefault="00F416D3" w:rsidP="00CE5ADF">
      <w:pPr>
        <w:spacing w:after="0"/>
      </w:pPr>
    </w:p>
    <w:p w14:paraId="1B69B020" w14:textId="1DC97FD0" w:rsidR="00AD467A" w:rsidRPr="00CE5ADF" w:rsidRDefault="00F97A11">
      <w:pPr>
        <w:jc w:val="center"/>
        <w:rPr>
          <w:color w:val="auto"/>
        </w:rPr>
      </w:pPr>
      <w:r w:rsidRPr="00CE5ADF">
        <w:rPr>
          <w:b/>
          <w:color w:val="auto"/>
          <w:sz w:val="26"/>
        </w:rPr>
        <w:t>OBRAZAC Z-01: ZAHTJEV ZA DOPREMU VODE AUTOCISTERNOM</w:t>
      </w:r>
    </w:p>
    <w:p w14:paraId="409675EB" w14:textId="3C712D10" w:rsidR="00AD467A" w:rsidRDefault="00F97A11">
      <w:pPr>
        <w:spacing w:after="240"/>
        <w:jc w:val="center"/>
      </w:pPr>
      <w:proofErr w:type="spellStart"/>
      <w:r>
        <w:rPr>
          <w:i/>
          <w:color w:val="666666"/>
          <w:sz w:val="19"/>
        </w:rPr>
        <w:t>Popunjava</w:t>
      </w:r>
      <w:proofErr w:type="spellEnd"/>
      <w:r>
        <w:rPr>
          <w:i/>
          <w:color w:val="666666"/>
          <w:sz w:val="19"/>
        </w:rPr>
        <w:t xml:space="preserve"> </w:t>
      </w:r>
      <w:proofErr w:type="spellStart"/>
      <w:r>
        <w:rPr>
          <w:i/>
          <w:color w:val="666666"/>
          <w:sz w:val="19"/>
        </w:rPr>
        <w:t>podnositelj</w:t>
      </w:r>
      <w:proofErr w:type="spellEnd"/>
      <w:r>
        <w:rPr>
          <w:i/>
          <w:color w:val="666666"/>
          <w:sz w:val="19"/>
        </w:rPr>
        <w:t xml:space="preserve"> </w:t>
      </w:r>
      <w:proofErr w:type="spellStart"/>
      <w:r>
        <w:rPr>
          <w:i/>
          <w:color w:val="666666"/>
          <w:sz w:val="19"/>
        </w:rPr>
        <w:t>zahtjeva</w:t>
      </w:r>
      <w:proofErr w:type="spellEnd"/>
      <w:r>
        <w:rPr>
          <w:i/>
          <w:color w:val="666666"/>
          <w:sz w:val="19"/>
        </w:rPr>
        <w:t xml:space="preserve"> </w:t>
      </w:r>
      <w:proofErr w:type="spellStart"/>
      <w:r>
        <w:rPr>
          <w:i/>
          <w:color w:val="666666"/>
          <w:sz w:val="19"/>
        </w:rPr>
        <w:t>i</w:t>
      </w:r>
      <w:proofErr w:type="spellEnd"/>
      <w:r>
        <w:rPr>
          <w:i/>
          <w:color w:val="666666"/>
          <w:sz w:val="19"/>
        </w:rPr>
        <w:t xml:space="preserve"> </w:t>
      </w:r>
      <w:proofErr w:type="spellStart"/>
      <w:r>
        <w:rPr>
          <w:i/>
          <w:color w:val="666666"/>
          <w:sz w:val="19"/>
        </w:rPr>
        <w:t>dostavlja</w:t>
      </w:r>
      <w:proofErr w:type="spellEnd"/>
      <w:r>
        <w:rPr>
          <w:i/>
          <w:color w:val="666666"/>
          <w:sz w:val="19"/>
        </w:rPr>
        <w:t xml:space="preserve"> </w:t>
      </w:r>
      <w:proofErr w:type="spellStart"/>
      <w:r>
        <w:rPr>
          <w:i/>
          <w:color w:val="666666"/>
          <w:sz w:val="19"/>
        </w:rPr>
        <w:t>Isporučitelju</w:t>
      </w:r>
      <w:proofErr w:type="spellEnd"/>
      <w:r>
        <w:rPr>
          <w:i/>
          <w:color w:val="666666"/>
          <w:sz w:val="19"/>
        </w:rPr>
        <w:t xml:space="preserve"> </w:t>
      </w:r>
      <w:proofErr w:type="spellStart"/>
      <w:r>
        <w:rPr>
          <w:i/>
          <w:color w:val="666666"/>
          <w:sz w:val="19"/>
        </w:rPr>
        <w:t>prije</w:t>
      </w:r>
      <w:proofErr w:type="spellEnd"/>
      <w:r>
        <w:rPr>
          <w:i/>
          <w:color w:val="666666"/>
          <w:sz w:val="19"/>
        </w:rPr>
        <w:t xml:space="preserve"> </w:t>
      </w:r>
      <w:proofErr w:type="spellStart"/>
      <w:r>
        <w:rPr>
          <w:i/>
          <w:color w:val="666666"/>
          <w:sz w:val="19"/>
        </w:rPr>
        <w:t>isporuke</w:t>
      </w:r>
      <w:proofErr w:type="spellEnd"/>
    </w:p>
    <w:tbl>
      <w:tblPr>
        <w:tblW w:w="0" w:type="auto"/>
        <w:jc w:val="center"/>
        <w:tblBorders>
          <w:top w:val="single" w:sz="4" w:space="0" w:color="CCCCCC"/>
          <w:bottom w:val="single" w:sz="4" w:space="0" w:color="CCCCCC"/>
          <w:insideH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6192"/>
      </w:tblGrid>
      <w:tr w:rsidR="00AD467A" w14:paraId="35659E57" w14:textId="77777777">
        <w:trPr>
          <w:jc w:val="center"/>
        </w:trPr>
        <w:tc>
          <w:tcPr>
            <w:tcW w:w="9936" w:type="dxa"/>
            <w:gridSpan w:val="2"/>
            <w:shd w:val="clear" w:color="auto" w:fill="005A9E"/>
          </w:tcPr>
          <w:p w14:paraId="67369E59" w14:textId="77777777" w:rsidR="00AD467A" w:rsidRDefault="00F97A11">
            <w:pPr>
              <w:spacing w:before="40" w:after="40"/>
            </w:pPr>
            <w:r>
              <w:rPr>
                <w:b/>
                <w:color w:val="FFFFFF"/>
                <w:sz w:val="20"/>
              </w:rPr>
              <w:t>1. PODACI O PODNOSITELJU ZAHTJEVA (KORISNIKU)</w:t>
            </w:r>
          </w:p>
        </w:tc>
      </w:tr>
      <w:tr w:rsidR="00AD467A" w14:paraId="7C3DB08F" w14:textId="77777777">
        <w:trPr>
          <w:jc w:val="center"/>
        </w:trPr>
        <w:tc>
          <w:tcPr>
            <w:tcW w:w="3600" w:type="dxa"/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783990" w14:textId="77777777" w:rsidR="00AD467A" w:rsidRDefault="00F97A11">
            <w:pPr>
              <w:spacing w:before="40" w:after="40"/>
            </w:pPr>
            <w:r>
              <w:rPr>
                <w:b/>
                <w:sz w:val="20"/>
              </w:rPr>
              <w:t>Ime i prezime / Naziv tvrtke: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450781" w14:textId="77777777" w:rsidR="00AD467A" w:rsidRDefault="00AD467A">
            <w:pPr>
              <w:spacing w:before="40" w:after="40"/>
            </w:pPr>
          </w:p>
        </w:tc>
      </w:tr>
      <w:tr w:rsidR="00AD467A" w14:paraId="69744360" w14:textId="77777777">
        <w:trPr>
          <w:jc w:val="center"/>
        </w:trPr>
        <w:tc>
          <w:tcPr>
            <w:tcW w:w="3600" w:type="dxa"/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AB4FD7" w14:textId="77777777" w:rsidR="00AD467A" w:rsidRDefault="00F97A11">
            <w:pPr>
              <w:spacing w:before="40" w:after="40"/>
            </w:pPr>
            <w:r>
              <w:rPr>
                <w:b/>
                <w:sz w:val="20"/>
              </w:rPr>
              <w:t>OIB: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22C88A" w14:textId="77777777" w:rsidR="00AD467A" w:rsidRDefault="00AD467A">
            <w:pPr>
              <w:spacing w:before="40" w:after="40"/>
            </w:pPr>
          </w:p>
        </w:tc>
      </w:tr>
      <w:tr w:rsidR="00AD467A" w14:paraId="13E9ABC4" w14:textId="77777777">
        <w:trPr>
          <w:jc w:val="center"/>
        </w:trPr>
        <w:tc>
          <w:tcPr>
            <w:tcW w:w="3600" w:type="dxa"/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49B3C9" w14:textId="77777777" w:rsidR="00AD467A" w:rsidRDefault="00F97A11">
            <w:pPr>
              <w:spacing w:before="40" w:after="40"/>
            </w:pPr>
            <w:r>
              <w:rPr>
                <w:b/>
                <w:sz w:val="20"/>
              </w:rPr>
              <w:t>Adresa prebivališta / Sjedišta: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82EDCE" w14:textId="77777777" w:rsidR="00AD467A" w:rsidRDefault="00AD467A">
            <w:pPr>
              <w:spacing w:before="40" w:after="40"/>
            </w:pPr>
          </w:p>
        </w:tc>
      </w:tr>
      <w:tr w:rsidR="00AD467A" w14:paraId="4E4DF561" w14:textId="77777777">
        <w:trPr>
          <w:jc w:val="center"/>
        </w:trPr>
        <w:tc>
          <w:tcPr>
            <w:tcW w:w="3600" w:type="dxa"/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6F2CF6" w14:textId="77777777" w:rsidR="00AD467A" w:rsidRDefault="00F97A11">
            <w:pPr>
              <w:spacing w:before="40" w:after="40"/>
            </w:pPr>
            <w:r>
              <w:rPr>
                <w:b/>
                <w:sz w:val="20"/>
              </w:rPr>
              <w:t>Telefon / Mobitel: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1C9A07" w14:textId="77777777" w:rsidR="00AD467A" w:rsidRDefault="00AD467A">
            <w:pPr>
              <w:spacing w:before="40" w:after="40"/>
            </w:pPr>
          </w:p>
        </w:tc>
      </w:tr>
      <w:tr w:rsidR="00AD467A" w14:paraId="786F17C3" w14:textId="77777777">
        <w:trPr>
          <w:jc w:val="center"/>
        </w:trPr>
        <w:tc>
          <w:tcPr>
            <w:tcW w:w="3600" w:type="dxa"/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CB6760" w14:textId="77777777" w:rsidR="00AD467A" w:rsidRDefault="00F97A11">
            <w:pPr>
              <w:spacing w:before="40" w:after="40"/>
            </w:pPr>
            <w:r>
              <w:rPr>
                <w:b/>
                <w:sz w:val="20"/>
              </w:rPr>
              <w:t>E-mail adresa: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499F3F" w14:textId="77777777" w:rsidR="00AD467A" w:rsidRDefault="00AD467A">
            <w:pPr>
              <w:spacing w:before="40" w:after="40"/>
            </w:pPr>
          </w:p>
        </w:tc>
      </w:tr>
      <w:tr w:rsidR="00AD467A" w14:paraId="7ACA1342" w14:textId="77777777">
        <w:trPr>
          <w:jc w:val="center"/>
        </w:trPr>
        <w:tc>
          <w:tcPr>
            <w:tcW w:w="9936" w:type="dxa"/>
            <w:gridSpan w:val="2"/>
            <w:shd w:val="clear" w:color="auto" w:fill="005A9E"/>
          </w:tcPr>
          <w:p w14:paraId="58EF98E9" w14:textId="77777777" w:rsidR="00AD467A" w:rsidRDefault="00F97A11">
            <w:pPr>
              <w:spacing w:before="40" w:after="40"/>
            </w:pPr>
            <w:r>
              <w:rPr>
                <w:b/>
                <w:color w:val="FFFFFF"/>
                <w:sz w:val="20"/>
              </w:rPr>
              <w:t>2. PODACI O LOKACIJI I UVJETIMA ISPORUKE</w:t>
            </w:r>
          </w:p>
        </w:tc>
      </w:tr>
      <w:tr w:rsidR="00AD467A" w14:paraId="5E390767" w14:textId="77777777">
        <w:trPr>
          <w:jc w:val="center"/>
        </w:trPr>
        <w:tc>
          <w:tcPr>
            <w:tcW w:w="3600" w:type="dxa"/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51CB68" w14:textId="77777777" w:rsidR="00AD467A" w:rsidRDefault="00F97A11">
            <w:pPr>
              <w:spacing w:before="40" w:after="40"/>
            </w:pPr>
            <w:r>
              <w:rPr>
                <w:b/>
                <w:sz w:val="20"/>
              </w:rPr>
              <w:t>Adresa dostave (ako je različita):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F51526" w14:textId="77777777" w:rsidR="00AD467A" w:rsidRDefault="00AD467A">
            <w:pPr>
              <w:spacing w:before="40" w:after="40"/>
            </w:pPr>
          </w:p>
        </w:tc>
      </w:tr>
      <w:tr w:rsidR="00AD467A" w14:paraId="79034E0B" w14:textId="77777777">
        <w:trPr>
          <w:jc w:val="center"/>
        </w:trPr>
        <w:tc>
          <w:tcPr>
            <w:tcW w:w="3600" w:type="dxa"/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DDE7E3" w14:textId="77777777" w:rsidR="00AD467A" w:rsidRDefault="00F97A11">
            <w:pPr>
              <w:spacing w:before="40" w:after="40"/>
            </w:pPr>
            <w:r>
              <w:rPr>
                <w:b/>
                <w:sz w:val="20"/>
              </w:rPr>
              <w:t>Tražena količina vode (m³):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15D7C3" w14:textId="77777777" w:rsidR="00AD467A" w:rsidRDefault="00F97A11">
            <w:pPr>
              <w:spacing w:before="40" w:after="40"/>
            </w:pPr>
            <w:proofErr w:type="gramStart"/>
            <w:r>
              <w:rPr>
                <w:sz w:val="20"/>
              </w:rPr>
              <w:t>[  ]</w:t>
            </w:r>
            <w:proofErr w:type="gramEnd"/>
            <w:r>
              <w:rPr>
                <w:sz w:val="20"/>
              </w:rPr>
              <w:t xml:space="preserve"> 3 m³ </w:t>
            </w:r>
            <w:proofErr w:type="gramStart"/>
            <w:r>
              <w:rPr>
                <w:sz w:val="20"/>
              </w:rPr>
              <w:t xml:space="preserve">   [  ]</w:t>
            </w:r>
            <w:proofErr w:type="gramEnd"/>
            <w:r>
              <w:rPr>
                <w:sz w:val="20"/>
              </w:rPr>
              <w:t xml:space="preserve"> 6 m³ </w:t>
            </w:r>
            <w:proofErr w:type="gramStart"/>
            <w:r>
              <w:rPr>
                <w:sz w:val="20"/>
              </w:rPr>
              <w:t xml:space="preserve">   [  ]</w:t>
            </w:r>
            <w:proofErr w:type="gramEnd"/>
            <w:r>
              <w:rPr>
                <w:sz w:val="20"/>
              </w:rPr>
              <w:t xml:space="preserve"> 9 m³ </w:t>
            </w:r>
            <w:proofErr w:type="gramStart"/>
            <w:r>
              <w:rPr>
                <w:sz w:val="20"/>
              </w:rPr>
              <w:t xml:space="preserve">   [  ]</w:t>
            </w:r>
            <w:proofErr w:type="gramEnd"/>
            <w:r>
              <w:rPr>
                <w:sz w:val="20"/>
              </w:rPr>
              <w:t xml:space="preserve"> Drugo: ______ m³</w:t>
            </w:r>
          </w:p>
        </w:tc>
      </w:tr>
      <w:tr w:rsidR="00AD467A" w14:paraId="7C67B15A" w14:textId="77777777">
        <w:trPr>
          <w:jc w:val="center"/>
        </w:trPr>
        <w:tc>
          <w:tcPr>
            <w:tcW w:w="3600" w:type="dxa"/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D60618" w14:textId="77777777" w:rsidR="00AD467A" w:rsidRDefault="00F97A11">
            <w:pPr>
              <w:spacing w:before="40" w:after="40"/>
            </w:pPr>
            <w:r>
              <w:rPr>
                <w:b/>
                <w:sz w:val="20"/>
              </w:rPr>
              <w:t>Željeni datum i vrijeme isporuke: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B47134" w14:textId="77777777" w:rsidR="00AD467A" w:rsidRDefault="00F97A11">
            <w:pPr>
              <w:spacing w:before="40" w:after="40"/>
            </w:pPr>
            <w:r>
              <w:rPr>
                <w:sz w:val="20"/>
              </w:rPr>
              <w:t>Datum: ___</w:t>
            </w:r>
            <w:proofErr w:type="gramStart"/>
            <w:r>
              <w:rPr>
                <w:sz w:val="20"/>
              </w:rPr>
              <w:t>_._</w:t>
            </w:r>
            <w:proofErr w:type="gramEnd"/>
            <w:r>
              <w:rPr>
                <w:sz w:val="20"/>
              </w:rPr>
              <w:t>___</w:t>
            </w:r>
            <w:proofErr w:type="gramStart"/>
            <w:r>
              <w:rPr>
                <w:sz w:val="20"/>
              </w:rPr>
              <w:t>.202__</w:t>
            </w:r>
            <w:proofErr w:type="gramEnd"/>
            <w:r>
              <w:rPr>
                <w:sz w:val="20"/>
              </w:rPr>
              <w:t>_.  Vrijeme: od ____ do ____ sati</w:t>
            </w:r>
          </w:p>
        </w:tc>
      </w:tr>
      <w:tr w:rsidR="00AD467A" w14:paraId="77B41B1B" w14:textId="77777777">
        <w:trPr>
          <w:jc w:val="center"/>
        </w:trPr>
        <w:tc>
          <w:tcPr>
            <w:tcW w:w="3600" w:type="dxa"/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0BC541" w14:textId="77777777" w:rsidR="00AD467A" w:rsidRDefault="00F97A11">
            <w:pPr>
              <w:spacing w:before="40" w:after="40"/>
            </w:pPr>
            <w:r>
              <w:rPr>
                <w:b/>
                <w:sz w:val="20"/>
              </w:rPr>
              <w:t>Vrsta spremnika / Svrha: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B1652" w14:textId="77777777" w:rsidR="00AD467A" w:rsidRDefault="00F97A11">
            <w:pPr>
              <w:spacing w:before="40" w:after="40"/>
            </w:pPr>
            <w:proofErr w:type="gramStart"/>
            <w:r>
              <w:rPr>
                <w:sz w:val="20"/>
              </w:rPr>
              <w:t>[  ]</w:t>
            </w:r>
            <w:proofErr w:type="gramEnd"/>
            <w:r>
              <w:rPr>
                <w:sz w:val="20"/>
              </w:rPr>
              <w:t xml:space="preserve"> Kućna gustjerna/vodosprema</w:t>
            </w:r>
            <w:proofErr w:type="gramStart"/>
            <w:r>
              <w:rPr>
                <w:sz w:val="20"/>
              </w:rPr>
              <w:t xml:space="preserve">   [  ]</w:t>
            </w:r>
            <w:proofErr w:type="gramEnd"/>
            <w:r>
              <w:rPr>
                <w:sz w:val="20"/>
              </w:rPr>
              <w:t xml:space="preserve"> Bazen</w:t>
            </w:r>
            <w:r>
              <w:rPr>
                <w:sz w:val="20"/>
              </w:rPr>
              <w:br/>
            </w:r>
            <w:proofErr w:type="gramStart"/>
            <w:r>
              <w:rPr>
                <w:sz w:val="20"/>
              </w:rPr>
              <w:t>[  ]</w:t>
            </w:r>
            <w:proofErr w:type="gramEnd"/>
            <w:r>
              <w:rPr>
                <w:sz w:val="20"/>
              </w:rPr>
              <w:t xml:space="preserve"> Gradilište/Gospodarstvo</w:t>
            </w:r>
          </w:p>
        </w:tc>
      </w:tr>
      <w:tr w:rsidR="00AD467A" w14:paraId="0BBE49FA" w14:textId="77777777">
        <w:trPr>
          <w:jc w:val="center"/>
        </w:trPr>
        <w:tc>
          <w:tcPr>
            <w:tcW w:w="3600" w:type="dxa"/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80DA69" w14:textId="77777777" w:rsidR="00AD467A" w:rsidRDefault="00F97A11">
            <w:pPr>
              <w:spacing w:before="40" w:after="40"/>
            </w:pPr>
            <w:r>
              <w:rPr>
                <w:b/>
                <w:sz w:val="20"/>
              </w:rPr>
              <w:t>Udaljenost cisterne do spremnika: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47D4E0" w14:textId="77777777" w:rsidR="00AD467A" w:rsidRDefault="00F97A11">
            <w:pPr>
              <w:spacing w:before="40" w:after="40"/>
            </w:pPr>
            <w:proofErr w:type="gramStart"/>
            <w:r>
              <w:rPr>
                <w:sz w:val="20"/>
              </w:rPr>
              <w:t>[  ]</w:t>
            </w:r>
            <w:proofErr w:type="gramEnd"/>
            <w:r>
              <w:rPr>
                <w:sz w:val="20"/>
              </w:rPr>
              <w:t xml:space="preserve"> Do 10 m </w:t>
            </w:r>
            <w:proofErr w:type="gramStart"/>
            <w:r>
              <w:rPr>
                <w:sz w:val="20"/>
              </w:rPr>
              <w:t xml:space="preserve">   [  ]</w:t>
            </w:r>
            <w:proofErr w:type="gramEnd"/>
            <w:r>
              <w:rPr>
                <w:sz w:val="20"/>
              </w:rPr>
              <w:t xml:space="preserve"> 10-20 m </w:t>
            </w:r>
            <w:proofErr w:type="gramStart"/>
            <w:r>
              <w:rPr>
                <w:sz w:val="20"/>
              </w:rPr>
              <w:t xml:space="preserve">   [  ]</w:t>
            </w:r>
            <w:proofErr w:type="gramEnd"/>
            <w:r>
              <w:rPr>
                <w:sz w:val="20"/>
              </w:rPr>
              <w:t xml:space="preserve"> 20-30 m (maks. 30 m)</w:t>
            </w:r>
          </w:p>
        </w:tc>
      </w:tr>
      <w:tr w:rsidR="00AD467A" w14:paraId="2EF5AAE7" w14:textId="77777777">
        <w:trPr>
          <w:jc w:val="center"/>
        </w:trPr>
        <w:tc>
          <w:tcPr>
            <w:tcW w:w="3600" w:type="dxa"/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28C2EE" w14:textId="77777777" w:rsidR="00AD467A" w:rsidRDefault="00F97A11">
            <w:pPr>
              <w:spacing w:before="40" w:after="40"/>
            </w:pPr>
            <w:r>
              <w:rPr>
                <w:b/>
                <w:sz w:val="20"/>
              </w:rPr>
              <w:t>Opis pristupnog puta: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CAE666" w14:textId="77777777" w:rsidR="00AD467A" w:rsidRDefault="00F97A11">
            <w:pPr>
              <w:spacing w:before="40" w:after="40"/>
            </w:pPr>
            <w:proofErr w:type="gramStart"/>
            <w:r>
              <w:rPr>
                <w:sz w:val="20"/>
              </w:rPr>
              <w:t>[  ]</w:t>
            </w:r>
            <w:proofErr w:type="gramEnd"/>
            <w:r>
              <w:rPr>
                <w:sz w:val="20"/>
              </w:rPr>
              <w:t xml:space="preserve"> Asfaltirani put</w:t>
            </w:r>
            <w:proofErr w:type="gramStart"/>
            <w:r>
              <w:rPr>
                <w:sz w:val="20"/>
              </w:rPr>
              <w:t xml:space="preserve">   [  ]</w:t>
            </w:r>
            <w:proofErr w:type="gramEnd"/>
            <w:r>
              <w:rPr>
                <w:sz w:val="20"/>
              </w:rPr>
              <w:t xml:space="preserve"> Makadam</w:t>
            </w:r>
            <w:r>
              <w:rPr>
                <w:sz w:val="20"/>
              </w:rPr>
              <w:br/>
            </w:r>
            <w:proofErr w:type="gramStart"/>
            <w:r>
              <w:rPr>
                <w:sz w:val="20"/>
              </w:rPr>
              <w:t>[  ]</w:t>
            </w:r>
            <w:proofErr w:type="gramEnd"/>
            <w:r>
              <w:rPr>
                <w:sz w:val="20"/>
              </w:rPr>
              <w:t xml:space="preserve"> Uska ulica (&lt;3m) </w:t>
            </w:r>
            <w:proofErr w:type="gramStart"/>
            <w:r>
              <w:rPr>
                <w:sz w:val="20"/>
              </w:rPr>
              <w:t xml:space="preserve">   [  ]</w:t>
            </w:r>
            <w:proofErr w:type="gramEnd"/>
            <w:r>
              <w:rPr>
                <w:sz w:val="20"/>
              </w:rPr>
              <w:t xml:space="preserve"> Oštar uspon</w:t>
            </w:r>
          </w:p>
        </w:tc>
      </w:tr>
      <w:tr w:rsidR="00AD467A" w14:paraId="162F6A6D" w14:textId="77777777">
        <w:trPr>
          <w:jc w:val="center"/>
        </w:trPr>
        <w:tc>
          <w:tcPr>
            <w:tcW w:w="9936" w:type="dxa"/>
            <w:gridSpan w:val="2"/>
            <w:shd w:val="clear" w:color="auto" w:fill="005A9E"/>
          </w:tcPr>
          <w:p w14:paraId="21AA1D36" w14:textId="77777777" w:rsidR="00AD467A" w:rsidRDefault="00F97A11">
            <w:pPr>
              <w:spacing w:before="40" w:after="40"/>
            </w:pPr>
            <w:r>
              <w:rPr>
                <w:b/>
                <w:color w:val="FFFFFF"/>
                <w:sz w:val="20"/>
              </w:rPr>
              <w:t>3. IZJAVA I POTPIS PODNOSITELJA</w:t>
            </w:r>
          </w:p>
        </w:tc>
      </w:tr>
      <w:tr w:rsidR="00AD467A" w14:paraId="45F28F23" w14:textId="77777777">
        <w:trPr>
          <w:jc w:val="center"/>
        </w:trPr>
        <w:tc>
          <w:tcPr>
            <w:tcW w:w="9936" w:type="dxa"/>
            <w:gridSpan w:val="2"/>
          </w:tcPr>
          <w:p w14:paraId="341287DA" w14:textId="74259577" w:rsidR="00AD467A" w:rsidRDefault="00F97A11">
            <w:pPr>
              <w:spacing w:before="80" w:after="80"/>
            </w:pPr>
            <w:r>
              <w:rPr>
                <w:i/>
                <w:sz w:val="19"/>
              </w:rPr>
              <w:t xml:space="preserve">Potpisom ovog </w:t>
            </w:r>
            <w:proofErr w:type="spellStart"/>
            <w:r>
              <w:rPr>
                <w:i/>
                <w:sz w:val="19"/>
              </w:rPr>
              <w:t>Zahtjeva</w:t>
            </w:r>
            <w:proofErr w:type="spellEnd"/>
            <w:r>
              <w:rPr>
                <w:i/>
                <w:sz w:val="19"/>
              </w:rPr>
              <w:t xml:space="preserve"> </w:t>
            </w:r>
            <w:proofErr w:type="spellStart"/>
            <w:r>
              <w:rPr>
                <w:i/>
                <w:sz w:val="19"/>
              </w:rPr>
              <w:t>potvrđujem</w:t>
            </w:r>
            <w:proofErr w:type="spellEnd"/>
            <w:r>
              <w:rPr>
                <w:i/>
                <w:sz w:val="19"/>
              </w:rPr>
              <w:t xml:space="preserve"> </w:t>
            </w:r>
            <w:proofErr w:type="spellStart"/>
            <w:r>
              <w:rPr>
                <w:i/>
                <w:sz w:val="19"/>
              </w:rPr>
              <w:t>točnost</w:t>
            </w:r>
            <w:proofErr w:type="spellEnd"/>
            <w:r>
              <w:rPr>
                <w:i/>
                <w:sz w:val="19"/>
              </w:rPr>
              <w:t xml:space="preserve"> </w:t>
            </w:r>
            <w:proofErr w:type="spellStart"/>
            <w:r>
              <w:rPr>
                <w:i/>
                <w:sz w:val="19"/>
              </w:rPr>
              <w:t>navedenih</w:t>
            </w:r>
            <w:proofErr w:type="spellEnd"/>
            <w:r>
              <w:rPr>
                <w:i/>
                <w:sz w:val="19"/>
              </w:rPr>
              <w:t xml:space="preserve"> </w:t>
            </w:r>
            <w:proofErr w:type="spellStart"/>
            <w:r>
              <w:rPr>
                <w:i/>
                <w:sz w:val="19"/>
              </w:rPr>
              <w:t>podataka</w:t>
            </w:r>
            <w:proofErr w:type="spellEnd"/>
            <w:r>
              <w:rPr>
                <w:i/>
                <w:sz w:val="19"/>
              </w:rPr>
              <w:t xml:space="preserve"> </w:t>
            </w:r>
            <w:proofErr w:type="spellStart"/>
            <w:r>
              <w:rPr>
                <w:i/>
                <w:sz w:val="19"/>
              </w:rPr>
              <w:t>te</w:t>
            </w:r>
            <w:proofErr w:type="spellEnd"/>
            <w:r>
              <w:rPr>
                <w:i/>
                <w:sz w:val="19"/>
              </w:rPr>
              <w:t xml:space="preserve"> </w:t>
            </w:r>
            <w:proofErr w:type="spellStart"/>
            <w:r>
              <w:rPr>
                <w:i/>
                <w:sz w:val="19"/>
              </w:rPr>
              <w:t>izjavljujem</w:t>
            </w:r>
            <w:proofErr w:type="spellEnd"/>
            <w:r>
              <w:rPr>
                <w:i/>
                <w:sz w:val="19"/>
              </w:rPr>
              <w:t xml:space="preserve"> da </w:t>
            </w:r>
            <w:proofErr w:type="spellStart"/>
            <w:r>
              <w:rPr>
                <w:i/>
                <w:sz w:val="19"/>
              </w:rPr>
              <w:t>sam</w:t>
            </w:r>
            <w:proofErr w:type="spellEnd"/>
            <w:r>
              <w:rPr>
                <w:i/>
                <w:sz w:val="19"/>
              </w:rPr>
              <w:t xml:space="preserve"> </w:t>
            </w:r>
            <w:proofErr w:type="spellStart"/>
            <w:r>
              <w:rPr>
                <w:i/>
                <w:sz w:val="19"/>
              </w:rPr>
              <w:t>upoznat</w:t>
            </w:r>
            <w:proofErr w:type="spellEnd"/>
            <w:r>
              <w:rPr>
                <w:i/>
                <w:sz w:val="19"/>
              </w:rPr>
              <w:t xml:space="preserve"> s </w:t>
            </w:r>
            <w:proofErr w:type="spellStart"/>
            <w:r>
              <w:rPr>
                <w:i/>
                <w:sz w:val="19"/>
              </w:rPr>
              <w:t>odredbama</w:t>
            </w:r>
            <w:proofErr w:type="spellEnd"/>
            <w:r>
              <w:rPr>
                <w:i/>
                <w:sz w:val="19"/>
              </w:rPr>
              <w:t xml:space="preserve"> </w:t>
            </w:r>
            <w:proofErr w:type="spellStart"/>
            <w:r>
              <w:rPr>
                <w:i/>
                <w:sz w:val="19"/>
              </w:rPr>
              <w:t>Pr</w:t>
            </w:r>
            <w:r w:rsidR="002C194D">
              <w:rPr>
                <w:i/>
                <w:sz w:val="19"/>
              </w:rPr>
              <w:t>otokol</w:t>
            </w:r>
            <w:r w:rsidR="00CD5A27">
              <w:rPr>
                <w:i/>
                <w:sz w:val="19"/>
              </w:rPr>
              <w:t>a</w:t>
            </w:r>
            <w:proofErr w:type="spellEnd"/>
            <w:r>
              <w:rPr>
                <w:i/>
                <w:sz w:val="19"/>
              </w:rPr>
              <w:t xml:space="preserve"> o </w:t>
            </w:r>
            <w:proofErr w:type="spellStart"/>
            <w:r>
              <w:rPr>
                <w:i/>
                <w:sz w:val="19"/>
              </w:rPr>
              <w:t>dopremi</w:t>
            </w:r>
            <w:proofErr w:type="spellEnd"/>
            <w:r>
              <w:rPr>
                <w:i/>
                <w:sz w:val="19"/>
              </w:rPr>
              <w:t xml:space="preserve"> </w:t>
            </w:r>
            <w:proofErr w:type="spellStart"/>
            <w:r>
              <w:rPr>
                <w:i/>
                <w:sz w:val="19"/>
              </w:rPr>
              <w:t>vode</w:t>
            </w:r>
            <w:proofErr w:type="spellEnd"/>
            <w:r>
              <w:rPr>
                <w:i/>
                <w:sz w:val="19"/>
              </w:rPr>
              <w:t xml:space="preserve"> </w:t>
            </w:r>
            <w:proofErr w:type="spellStart"/>
            <w:r>
              <w:rPr>
                <w:i/>
                <w:sz w:val="19"/>
              </w:rPr>
              <w:t>autocisternom</w:t>
            </w:r>
            <w:proofErr w:type="spellEnd"/>
            <w:r>
              <w:rPr>
                <w:i/>
                <w:sz w:val="19"/>
              </w:rPr>
              <w:t>. Jamčim da je pristupni put siguran za teretno vozilo te da je spremnik u koji se voda ulijeva čist i sanitarno ispravan.</w:t>
            </w:r>
          </w:p>
        </w:tc>
      </w:tr>
      <w:tr w:rsidR="00AD467A" w14:paraId="30485158" w14:textId="77777777">
        <w:trPr>
          <w:jc w:val="center"/>
        </w:trPr>
        <w:tc>
          <w:tcPr>
            <w:tcW w:w="3600" w:type="dxa"/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69FC7F" w14:textId="77777777" w:rsidR="00AD467A" w:rsidRDefault="00F97A11">
            <w:pPr>
              <w:spacing w:before="40" w:after="40"/>
            </w:pPr>
            <w:r>
              <w:rPr>
                <w:b/>
                <w:sz w:val="20"/>
              </w:rPr>
              <w:t>Mjesto i datum: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085240" w14:textId="77777777" w:rsidR="00AD467A" w:rsidRDefault="00F97A11">
            <w:pPr>
              <w:spacing w:before="40" w:after="40"/>
            </w:pPr>
            <w:r>
              <w:rPr>
                <w:sz w:val="20"/>
              </w:rPr>
              <w:t>U _____________________, dana ___</w:t>
            </w:r>
            <w:proofErr w:type="gramStart"/>
            <w:r>
              <w:rPr>
                <w:sz w:val="20"/>
              </w:rPr>
              <w:t>_._</w:t>
            </w:r>
            <w:proofErr w:type="gramEnd"/>
            <w:r>
              <w:rPr>
                <w:sz w:val="20"/>
              </w:rPr>
              <w:t>___.202___.</w:t>
            </w:r>
          </w:p>
        </w:tc>
      </w:tr>
      <w:tr w:rsidR="00AD467A" w14:paraId="513E6745" w14:textId="77777777">
        <w:trPr>
          <w:jc w:val="center"/>
        </w:trPr>
        <w:tc>
          <w:tcPr>
            <w:tcW w:w="3600" w:type="dxa"/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656C9E" w14:textId="77777777" w:rsidR="00AD467A" w:rsidRDefault="00F97A11">
            <w:pPr>
              <w:spacing w:before="40" w:after="40"/>
            </w:pPr>
            <w:r>
              <w:rPr>
                <w:b/>
                <w:sz w:val="20"/>
              </w:rPr>
              <w:t>Potpis podnositelja / M.P.: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04C677" w14:textId="77777777" w:rsidR="00AD467A" w:rsidRDefault="00F97A11">
            <w:pPr>
              <w:spacing w:before="40" w:after="40"/>
            </w:pPr>
            <w:r>
              <w:rPr>
                <w:sz w:val="20"/>
              </w:rPr>
              <w:br/>
              <w:t>__________________________________________</w:t>
            </w:r>
          </w:p>
        </w:tc>
      </w:tr>
      <w:tr w:rsidR="00AD467A" w14:paraId="64E96B5D" w14:textId="77777777">
        <w:trPr>
          <w:jc w:val="center"/>
        </w:trPr>
        <w:tc>
          <w:tcPr>
            <w:tcW w:w="4968" w:type="dxa"/>
          </w:tcPr>
          <w:p w14:paraId="620CAA11" w14:textId="77777777" w:rsidR="00AD467A" w:rsidRDefault="00AD467A"/>
        </w:tc>
        <w:tc>
          <w:tcPr>
            <w:tcW w:w="4968" w:type="dxa"/>
          </w:tcPr>
          <w:p w14:paraId="1AE52C83" w14:textId="77777777" w:rsidR="00AD467A" w:rsidRDefault="00AD467A"/>
        </w:tc>
      </w:tr>
    </w:tbl>
    <w:p w14:paraId="69C8BD74" w14:textId="77777777" w:rsidR="00AD467A" w:rsidRDefault="00AD467A">
      <w:pPr>
        <w:spacing w:after="320"/>
      </w:pPr>
    </w:p>
    <w:p w14:paraId="3B26036C" w14:textId="77777777" w:rsidR="007C65E3" w:rsidRDefault="007C65E3">
      <w:pPr>
        <w:spacing w:after="320"/>
      </w:pPr>
    </w:p>
    <w:sectPr w:rsidR="007C65E3" w:rsidSect="000B10AD">
      <w:headerReference w:type="default" r:id="rId13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2190E" w14:textId="77777777" w:rsidR="00857D8D" w:rsidRDefault="00857D8D" w:rsidP="00DC1F2A">
      <w:pPr>
        <w:spacing w:after="0" w:line="240" w:lineRule="auto"/>
      </w:pPr>
      <w:r>
        <w:separator/>
      </w:r>
    </w:p>
  </w:endnote>
  <w:endnote w:type="continuationSeparator" w:id="0">
    <w:p w14:paraId="2AE3BC81" w14:textId="77777777" w:rsidR="00857D8D" w:rsidRDefault="00857D8D" w:rsidP="00DC1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BCF1A" w14:textId="77777777" w:rsidR="00857D8D" w:rsidRDefault="00857D8D" w:rsidP="00DC1F2A">
      <w:pPr>
        <w:spacing w:after="0" w:line="240" w:lineRule="auto"/>
      </w:pPr>
      <w:r>
        <w:separator/>
      </w:r>
    </w:p>
  </w:footnote>
  <w:footnote w:type="continuationSeparator" w:id="0">
    <w:p w14:paraId="793F9BA2" w14:textId="77777777" w:rsidR="00857D8D" w:rsidRDefault="00857D8D" w:rsidP="00DC1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E2CDB" w14:textId="3454214C" w:rsidR="00DC1F2A" w:rsidRDefault="00DC1F2A">
    <w:pPr>
      <w:pStyle w:val="Zaglavlje"/>
    </w:pPr>
    <w:r w:rsidRPr="000F1592">
      <w:rPr>
        <w:rFonts w:ascii="Times New Roman" w:eastAsia="Calibri" w:hAnsi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36F54427" wp14:editId="70ACF474">
          <wp:simplePos x="0" y="0"/>
          <wp:positionH relativeFrom="column">
            <wp:posOffset>1905</wp:posOffset>
          </wp:positionH>
          <wp:positionV relativeFrom="paragraph">
            <wp:posOffset>-190500</wp:posOffset>
          </wp:positionV>
          <wp:extent cx="444321" cy="438150"/>
          <wp:effectExtent l="0" t="0" r="0" b="0"/>
          <wp:wrapNone/>
          <wp:docPr id="2" name="Picture 1" descr="l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321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Vodoopskrba </w:t>
    </w:r>
    <w:proofErr w:type="spellStart"/>
    <w:r>
      <w:t>i</w:t>
    </w:r>
    <w:proofErr w:type="spellEnd"/>
    <w:r>
      <w:t xml:space="preserve"> </w:t>
    </w:r>
    <w:proofErr w:type="spellStart"/>
    <w:r>
      <w:t>odvodnja</w:t>
    </w:r>
    <w:proofErr w:type="spellEnd"/>
    <w:r>
      <w:t xml:space="preserve"> </w:t>
    </w:r>
    <w:proofErr w:type="spellStart"/>
    <w:r>
      <w:t>Zagrebačke</w:t>
    </w:r>
    <w:proofErr w:type="spellEnd"/>
    <w:r>
      <w:t xml:space="preserve"> </w:t>
    </w:r>
    <w:proofErr w:type="spellStart"/>
    <w:r>
      <w:t>županije</w:t>
    </w:r>
    <w:proofErr w:type="spellEnd"/>
    <w:r>
      <w:t xml:space="preserve"> d.o.o.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670AA4"/>
    <w:multiLevelType w:val="multilevel"/>
    <w:tmpl w:val="F36C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5E1C9D"/>
    <w:multiLevelType w:val="multilevel"/>
    <w:tmpl w:val="E07C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D94AF4"/>
    <w:multiLevelType w:val="multilevel"/>
    <w:tmpl w:val="61B4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DE3B50"/>
    <w:multiLevelType w:val="multilevel"/>
    <w:tmpl w:val="70FCDB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745004"/>
    <w:multiLevelType w:val="hybridMultilevel"/>
    <w:tmpl w:val="D7FC5B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F395E"/>
    <w:multiLevelType w:val="multilevel"/>
    <w:tmpl w:val="2DE2C2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DC3C38"/>
    <w:multiLevelType w:val="multilevel"/>
    <w:tmpl w:val="D2548A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BD7121"/>
    <w:multiLevelType w:val="multilevel"/>
    <w:tmpl w:val="9336E0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DB27E6"/>
    <w:multiLevelType w:val="multilevel"/>
    <w:tmpl w:val="B1045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7C1D3F"/>
    <w:multiLevelType w:val="multilevel"/>
    <w:tmpl w:val="829ADC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77699F"/>
    <w:multiLevelType w:val="multilevel"/>
    <w:tmpl w:val="9D36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6634416">
    <w:abstractNumId w:val="8"/>
  </w:num>
  <w:num w:numId="2" w16cid:durableId="411198368">
    <w:abstractNumId w:val="6"/>
  </w:num>
  <w:num w:numId="3" w16cid:durableId="1168713925">
    <w:abstractNumId w:val="5"/>
  </w:num>
  <w:num w:numId="4" w16cid:durableId="2066172280">
    <w:abstractNumId w:val="4"/>
  </w:num>
  <w:num w:numId="5" w16cid:durableId="680397770">
    <w:abstractNumId w:val="7"/>
  </w:num>
  <w:num w:numId="6" w16cid:durableId="1245334667">
    <w:abstractNumId w:val="3"/>
  </w:num>
  <w:num w:numId="7" w16cid:durableId="1180662011">
    <w:abstractNumId w:val="2"/>
  </w:num>
  <w:num w:numId="8" w16cid:durableId="1457672573">
    <w:abstractNumId w:val="1"/>
  </w:num>
  <w:num w:numId="9" w16cid:durableId="765921576">
    <w:abstractNumId w:val="0"/>
  </w:num>
  <w:num w:numId="10" w16cid:durableId="759058488">
    <w:abstractNumId w:val="17"/>
  </w:num>
  <w:num w:numId="11" w16cid:durableId="1324242528">
    <w:abstractNumId w:val="14"/>
  </w:num>
  <w:num w:numId="12" w16cid:durableId="1879468308">
    <w:abstractNumId w:val="19"/>
  </w:num>
  <w:num w:numId="13" w16cid:durableId="1074207191">
    <w:abstractNumId w:val="9"/>
  </w:num>
  <w:num w:numId="14" w16cid:durableId="11493883">
    <w:abstractNumId w:val="10"/>
  </w:num>
  <w:num w:numId="15" w16cid:durableId="292565391">
    <w:abstractNumId w:val="12"/>
  </w:num>
  <w:num w:numId="16" w16cid:durableId="1676614810">
    <w:abstractNumId w:val="18"/>
  </w:num>
  <w:num w:numId="17" w16cid:durableId="398751430">
    <w:abstractNumId w:val="11"/>
  </w:num>
  <w:num w:numId="18" w16cid:durableId="406658391">
    <w:abstractNumId w:val="15"/>
  </w:num>
  <w:num w:numId="19" w16cid:durableId="580019358">
    <w:abstractNumId w:val="16"/>
  </w:num>
  <w:num w:numId="20" w16cid:durableId="13164494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8AD"/>
    <w:rsid w:val="00016764"/>
    <w:rsid w:val="00034616"/>
    <w:rsid w:val="0006063C"/>
    <w:rsid w:val="000633FE"/>
    <w:rsid w:val="00064093"/>
    <w:rsid w:val="000B10AD"/>
    <w:rsid w:val="000B6488"/>
    <w:rsid w:val="00100354"/>
    <w:rsid w:val="0015074B"/>
    <w:rsid w:val="00152E70"/>
    <w:rsid w:val="00160082"/>
    <w:rsid w:val="0029639D"/>
    <w:rsid w:val="002A06EA"/>
    <w:rsid w:val="002C194D"/>
    <w:rsid w:val="002F259F"/>
    <w:rsid w:val="002F37C9"/>
    <w:rsid w:val="002F3FCD"/>
    <w:rsid w:val="00326F90"/>
    <w:rsid w:val="00405DC9"/>
    <w:rsid w:val="004874A1"/>
    <w:rsid w:val="004F2B7B"/>
    <w:rsid w:val="006127C9"/>
    <w:rsid w:val="006B2C99"/>
    <w:rsid w:val="0071615A"/>
    <w:rsid w:val="007A4332"/>
    <w:rsid w:val="007C65E3"/>
    <w:rsid w:val="00857D8D"/>
    <w:rsid w:val="0087302F"/>
    <w:rsid w:val="009059DD"/>
    <w:rsid w:val="009D7236"/>
    <w:rsid w:val="00A36529"/>
    <w:rsid w:val="00AA1D8D"/>
    <w:rsid w:val="00AD467A"/>
    <w:rsid w:val="00B47730"/>
    <w:rsid w:val="00C155CB"/>
    <w:rsid w:val="00CB0664"/>
    <w:rsid w:val="00CD5A27"/>
    <w:rsid w:val="00CE5ADF"/>
    <w:rsid w:val="00D045F3"/>
    <w:rsid w:val="00D66693"/>
    <w:rsid w:val="00DC1F2A"/>
    <w:rsid w:val="00E81328"/>
    <w:rsid w:val="00EB0EC0"/>
    <w:rsid w:val="00EB30A6"/>
    <w:rsid w:val="00F0021E"/>
    <w:rsid w:val="00F416D3"/>
    <w:rsid w:val="00F97A11"/>
    <w:rsid w:val="00FC693F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2400E04-9A75-40B3-BD04-B13C96F6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Calibri" w:hAnsi="Calibri"/>
      <w:color w:val="222222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F416D3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41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ivanicgrad@viozz.h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.zelina@viozz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.vrbovec@viozz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.cazma@viozz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.dugoselo@viozz.h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Roman Rodić</cp:lastModifiedBy>
  <cp:revision>3</cp:revision>
  <cp:lastPrinted>2026-07-28T12:24:00Z</cp:lastPrinted>
  <dcterms:created xsi:type="dcterms:W3CDTF">2026-07-29T06:35:00Z</dcterms:created>
  <dcterms:modified xsi:type="dcterms:W3CDTF">2026-07-29T06:38:00Z</dcterms:modified>
  <cp:category/>
</cp:coreProperties>
</file>